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تعدد اللهجات العربية في القراءات القرءانية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نادر عطية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اللهجات/ قراءة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