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الدراسات اللسانية المعاصرة في مصر (19320-1985م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الرحمن حسن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9789959296238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اللسانيات/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