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في شعر ابوفراس الحمداني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عيسى ابراهيم السعدي/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المعتز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800258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العربي/ أبو فراس الحمداني/ العصر العباسي الأول/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