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ابوبكر محمد بن زهر الاندلسي الملقب بالحفيد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