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الاجماع دراسة في اصول النحو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اسماعيل المشهداني/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النحو العربي/ قواعد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