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لام الادب الانجليزي في كل العص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اف نص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إنجليزي/ أعل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