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الادب وادب الطفل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سعادة عودة أبو عراق/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أمواج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9789957567026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الأردن/ الأدب العربي/ أدب الأطفال/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