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العباسي بين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ابراهيم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