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الاسطورة : معيارا نقديا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عماد علي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النقد العربي/ الأسطورة/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