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الانزياح اللغوي : اصوله - اثره في بنية النص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نعمان عبد السميع متولي/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العلم والإيمان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الانزياح/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