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الانا في شعر محمود درويش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صفاء عبد الفتاح محمد المهداوي/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9789957707033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الأنا/ محمود درويش/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