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التحرير الكتابي الوظيفي والابداعي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عاطف فضل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9789957068813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الأسلوب الأدبي/ الكتابة/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