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التاويلية مقاربة وتطبيق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خليف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التأويل/ الأدب/ أنطولوجيا الفهم/ قصدية المؤول/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