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التركيبية للقصيدة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رابح بن خوية/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9789957706388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القصيدة/ البنية التركيبية/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