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الخطاب السياسي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زكرياء السرتي/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الخطاب السياسي/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