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الجني الداني : من جماليات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أسامة عبد العزيز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النص القرآني/ التعقيب القرآني/ السرد القرآني/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