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الاعتراضية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القادر بقادر/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الجملة الاعتراضية/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