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اللغوي : نشاته واصوله وانواعه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