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الشفوي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علي الصويركي/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