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توفيق عزيز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9789957504304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القصص العربية/ الأدب الشعبي/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