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المرئية : قراءات في شعرية القصيدة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