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والانساق ( ماالسياق ؟ ما النسق ؟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الكريم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9789953185163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السياق/ النسق/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