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السرد القصصي في الشعر الاندلسي ( دراسة نقدية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إنقاد عطا الله محسن/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القصص العربية/ الشعر الأندلسي/ المحادثة/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