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شعر الولدين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