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بنيوية منهجيات واتجاه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غل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5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لسانيات الوصفية/ اللسانيات الأمريكية/ اللسانيات البنيوية/ اللسانيات الأور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