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الكريم و نظرية بدء الكون : دراسة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جبار خلف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9789957304874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