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التاويلية للنص الشعري القديم : بين افق التعارض وافق الاندماج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شميعة/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النص الشعري/ نظرية التلقي/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