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الطبيعة في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فاضل بنيان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9789957572662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الطبيعة/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