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العربي والفلسفة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رياض شنتة جبر/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9789957327453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الشعر/ الفلسفة/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