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البديل : قراءة في المسكوت عنه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علوش/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9789957303150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البديل/ الشعر الغربي/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