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المستطرف من الامثال العربية الشعبية والمستطرف من قصصها المحكية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الأمثال/ الفلكلور/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