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الصوتيات تاريخا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ساسي/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9789957707637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تاريخ/ الصوتيات/ صوتيات الشعر/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