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المعجمية : دراسة في البنية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القواميس/ المعاجم/ المصطلحات/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