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اللواصق الاشتقاقية ودلالاتها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ريبوار عبد الله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اللواصق الإشتقاقية/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