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: تاريخها - مفرداتها - ظواهرها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يعقوب المشهداني/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المستوى الصوتي/ المستوى البلاغي/ المستوى المعجمي/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