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واللسانيات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مجيد عبد الحليم الماشطة/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9789957761165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فقه اللغة/ الإنكليزية/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