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المقطع الصوتي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صباح عطيوي عبود/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9789957762896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فقه اللغة/ علم الأصوات/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