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الوافي ( في علم العروض والقوافي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توفيق أبوعلي/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9789953185255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العروض/ المعجم/ القوافي/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