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التركيبي عند السيوطي في كتابه الاتقان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سوزان الكردي/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