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الميسر : التعلم الذاتي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