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القراني : بين الفراء والزجاج والزمخشري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سعدون بن أحمد بن علي الربعي/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الزجاج/ النحو القرآني/ الفراء/ الزمخشري/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