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المنهل الصافي في 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9789957225162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القوافي/ علم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