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المناظرات : الراي والراي الاخر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9789776413658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المناظرات/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