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عند النحويين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جاسم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9789957742737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