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النواظر الحسان في اخبار بديع 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أمواج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9789957567040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بديع الزمان/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