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في الدراسات القرانية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جاسم محمد حسين نطاح/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ألفاظ القرآن/ علوم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