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نقدية في شعر الاندلسيين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عويد الساير/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9789957555993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الشعر العربي/ الأندلس/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