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علم الدلالة بين القدماء والمحدثين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9789776413368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