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العلامة وتاويل الرؤيا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السيرة الذاتية/ العلامة/ النقد السيميائي/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