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الوظائف التداولية واستراتيجيات التواصل اللغوي في نظرية النحو الوظيفي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يوسف تغزاوي/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9789957707491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الخطاب/ النحو الوظيفي/ التواصل اللغوي/ الفكر العربي/ التواصل الفكري/ الوظائف التداولية/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